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orksheetlabel"/>
      </w:pPr>
      <w:r>
        <w:t>WORKING PAGE 01</w:t>
      </w:r>
    </w:p>
    <w:p>
      <w:pPr>
        <w:pStyle w:val="Title"/>
      </w:pPr>
      <w:r>
        <w:t>The channel decision page</w:t>
      </w:r>
    </w:p>
    <w:p>
      <w:pPr>
        <w:pStyle w:val="Instruction"/>
      </w:pPr>
      <w:r>
        <w:t>Record the evidence, decisions and next actions. Use your own information and label assumptions.</w:t>
      </w:r>
    </w:p>
    <w:p>
      <w:pPr>
        <w:pStyle w:val="Question"/>
      </w:pPr>
      <w:r>
        <w:t>Which customer segment are we working with, and what problem needs solving?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work is needed from discovery to renewal, and who owns each step?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routes do we use now, and who is responsible for each?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channel task could we delegate? Name the responsible manager and the team receiving the work.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are we measuring, over which period, and where does the data come from?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capability or capacity is missing?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How does the arrangement work financially for the vendor and the partner?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have we decided, who owns the action and when will we review it?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spacing w:after="0" w:before="0" w:line="20" w:lineRule="exact"/>
      </w:pPr>
      <w:r>
        <w:br w:type="page"/>
      </w:r>
    </w:p>
    <w:p>
      <w:pPr>
        <w:pStyle w:val="Worksheetlabel"/>
      </w:pPr>
      <w:r>
        <w:t>WORKING PAGE 02</w:t>
      </w:r>
    </w:p>
    <w:p>
      <w:pPr>
        <w:pStyle w:val="Title"/>
      </w:pPr>
      <w:r>
        <w:t>The partner commitment page</w:t>
      </w:r>
    </w:p>
    <w:p>
      <w:pPr>
        <w:pStyle w:val="Instruction"/>
      </w:pPr>
      <w:r>
        <w:t>Record the evidence, decisions and next actions. Use your own information and label assumptions.</w:t>
      </w:r>
    </w:p>
    <w:p>
      <w:pPr>
        <w:pStyle w:val="Question"/>
      </w:pPr>
      <w:r>
        <w:t>Why is this partner a good fit for the requirement?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Who will be responsible for sales, technical work and service? Name each person.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evidence shows the partner's capability, and which gaps remain?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people will the partner provide, and how much time will they invest?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resources will the vendor provide?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How will we prevent others from free-riding on this partner's work?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is the first meaningful customer activity, who owns it and when will it happen?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needs to happen before we invest further?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spacing w:after="0" w:before="0" w:line="20" w:lineRule="exact"/>
      </w:pPr>
      <w:r>
        <w:br w:type="page"/>
      </w:r>
    </w:p>
    <w:p>
      <w:pPr>
        <w:pStyle w:val="Worksheetlabel"/>
      </w:pPr>
      <w:r>
        <w:t>WORKING PAGE 03</w:t>
      </w:r>
    </w:p>
    <w:p>
      <w:pPr>
        <w:pStyle w:val="Title"/>
      </w:pPr>
      <w:r>
        <w:t>The AI service decision page</w:t>
      </w:r>
    </w:p>
    <w:p>
      <w:pPr>
        <w:pStyle w:val="Instruction"/>
      </w:pPr>
      <w:r>
        <w:t>Record the evidence, decisions and next actions. Use your own information and label assumptions.</w:t>
      </w:r>
    </w:p>
    <w:p>
      <w:pPr>
        <w:pStyle w:val="Question"/>
      </w:pPr>
      <w:r>
        <w:t>Which customer process are we changing, who owns it and what is the current baseline?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is the AI task or agent workflow? Who will use it, and which information is approved?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actions are permitted? Which decisions and approvals stay with people, and where must the system stop?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record governs each important field? Note any conflicts or missing information.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sample will we use for evaluation, and what are the acceptance criteria?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is the complete effort before and after the change? Include checking, correction and exceptions.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Where can the service fail, and what do we still not know?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configuration and version are approved? Name the people responsible for deployment, changes, recovery and escalation.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are the responsibilities of the AI Partner, customer, platform providers and other specialists?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Who leads deployment, builds the service, reviews acceptance and owns the handover?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does the service cost to operate? State the price, included usage and scope limits.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spacing w:after="0" w:before="0" w:line="20" w:lineRule="exact"/>
      </w:pPr>
      <w:r>
        <w:br w:type="page"/>
      </w:r>
    </w:p>
    <w:p>
      <w:pPr>
        <w:pStyle w:val="Worksheetlabel"/>
      </w:pPr>
      <w:r>
        <w:t>WORKING PAGE 04</w:t>
      </w:r>
    </w:p>
    <w:p>
      <w:pPr>
        <w:pStyle w:val="Title"/>
      </w:pPr>
      <w:r>
        <w:t>The compliance evidence page</w:t>
      </w:r>
    </w:p>
    <w:p>
      <w:pPr>
        <w:pStyle w:val="Instruction"/>
      </w:pPr>
      <w:r>
        <w:t>Record the evidence, decisions and next actions. Use your own information and label assumptions.</w:t>
      </w:r>
    </w:p>
    <w:p>
      <w:pPr>
        <w:pStyle w:val="Question"/>
      </w:pPr>
      <w:r>
        <w:t>Which countries, customer and service are covered? Which rules and national implementations apply?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is our role under each relevant law, and what is each supplier's role? What remains the customer's responsibility?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How have we classified the use case, and why? Which requirements already apply, and which dates are still ahead?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contract clauses are required? Record the service classification and where the documents are kept.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do the model provider's data terms say about training use, retention, processing regions and sub-processors?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Where are the evaluation, human oversight and AI literacy support records?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are the incident thresholds, reporting path and applicable deadlines? What notification duties do suppliers have?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is the exit plan? Record the tests, data return or deletion arrangements and handover responsibilities.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Who owns the record, and when is the next review? Who checked the legal position, and when?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spacing w:after="0" w:before="0" w:line="20" w:lineRule="exact"/>
      </w:pPr>
      <w:r>
        <w:br w:type="page"/>
      </w:r>
    </w:p>
    <w:p>
      <w:pPr>
        <w:pStyle w:val="Worksheetlabel"/>
      </w:pPr>
      <w:r>
        <w:t>WORKING PAGE 05</w:t>
      </w:r>
    </w:p>
    <w:p>
      <w:pPr>
        <w:pStyle w:val="Title"/>
      </w:pPr>
      <w:r>
        <w:t>The service review page</w:t>
      </w:r>
    </w:p>
    <w:p>
      <w:pPr>
        <w:pStyle w:val="Instruction"/>
      </w:pPr>
      <w:r>
        <w:t>Record the evidence, decisions and next actions. Use your own information and label assumptions.</w:t>
      </w:r>
    </w:p>
    <w:p>
      <w:pPr>
        <w:pStyle w:val="Question"/>
      </w:pPr>
      <w:r>
        <w:t>What did the customer originally want to achieve?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use and quality have we observed, and how much correction work was needed?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incidents have occurred, and what service obligations currently apply?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has changed in the sources, permissions and components?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How does usage compare with the included band? What are the costs and contribution?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have we learned, and what backup capability do we have?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Should we renew, expand or exit the service?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spacing w:after="0" w:before="0" w:line="20" w:lineRule="exact"/>
      </w:pPr>
      <w:r>
        <w:br w:type="page"/>
      </w:r>
    </w:p>
    <w:p>
      <w:pPr>
        <w:pStyle w:val="Worksheetlabel"/>
      </w:pPr>
      <w:r>
        <w:t>WORKING PAGE 06</w:t>
      </w:r>
    </w:p>
    <w:p>
      <w:pPr>
        <w:pStyle w:val="Title"/>
      </w:pPr>
      <w:r>
        <w:t>The people development page</w:t>
      </w:r>
    </w:p>
    <w:p>
      <w:pPr>
        <w:pStyle w:val="Instruction"/>
      </w:pPr>
      <w:r>
        <w:t>Record the evidence, decisions and next actions. Use your own information and label assumptions.</w:t>
      </w:r>
    </w:p>
    <w:p>
      <w:pPr>
        <w:pStyle w:val="Question"/>
      </w:pPr>
      <w:r>
        <w:t>What is the person's responsibility, and what should they deliver?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evidence do we have of reliability, and where is improvement needed?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learning should the person apply in the next period?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customer evidence or changed assumption explains the learning needed?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is one original improvement we can test?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AI task will the person do, how will they check it and what are its limits?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practical AI work has the person demonstrated? Which outputs did they accept, correct and reject?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practice will they have, who will mentor them and what time will be protected?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When will they demonstrate the work, and what was the review outcome?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decision or process should improve next? Name the responsible person and a review date.</w:t>
      </w:r>
    </w:p>
    <w:p>
      <w:pPr>
        <w:pStyle w:val="Answer"/>
        <w:keepNext/>
        <w:widowControl w:val="0"/>
        <w:spacing w:lineRule="exact" w:line="38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8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spacing w:after="0" w:before="0" w:line="20" w:lineRule="exact"/>
      </w:pPr>
      <w:r>
        <w:br w:type="page"/>
      </w:r>
    </w:p>
    <w:p>
      <w:pPr>
        <w:pStyle w:val="Worksheetlabel"/>
      </w:pPr>
      <w:r>
        <w:t>WORKING PAGE 07</w:t>
      </w:r>
    </w:p>
    <w:p>
      <w:pPr>
        <w:pStyle w:val="Title"/>
      </w:pPr>
      <w:r>
        <w:t>The market evidence page</w:t>
      </w:r>
    </w:p>
    <w:p>
      <w:pPr>
        <w:pStyle w:val="Instruction"/>
      </w:pPr>
      <w:r>
        <w:t>Record the evidence, decisions and next actions. Use your own information and label assumptions.</w:t>
      </w:r>
    </w:p>
    <w:p>
      <w:pPr>
        <w:pStyle w:val="Question"/>
      </w:pPr>
      <w:r>
        <w:t>What is the claim, and which decision could it influence?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market definition, geography and period does it cover?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is the source? Record its publication date and the date we accessed it.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Is this an observed result, an estimate, a forecast or a scenario?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important exclusions and uncertainties do we need to consider?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does our own local evidence show, and how does it differ?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signal should we watch, what action does it support and when will we review it?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spacing w:after="0" w:before="0" w:line="20" w:lineRule="exact"/>
      </w:pPr>
      <w:r>
        <w:br w:type="page"/>
      </w:r>
    </w:p>
    <w:p>
      <w:pPr>
        <w:pStyle w:val="Worksheetlabel"/>
      </w:pPr>
      <w:r>
        <w:t>WORKING PAGE 08</w:t>
      </w:r>
    </w:p>
    <w:p>
      <w:pPr>
        <w:pStyle w:val="Title"/>
      </w:pPr>
      <w:r>
        <w:t>The alliance commitment page</w:t>
      </w:r>
    </w:p>
    <w:p>
      <w:pPr>
        <w:pStyle w:val="Instruction"/>
      </w:pPr>
      <w:r>
        <w:t>Record the evidence, decisions and next actions. Use your own information and label assumptions.</w:t>
      </w:r>
    </w:p>
    <w:p>
      <w:pPr>
        <w:pStyle w:val="Question"/>
      </w:pPr>
      <w:r>
        <w:t>Which arrangement are we building, which customer problem does it address and what does each side earn?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Who are the sponsor, alliance lead and field contact on each side, and what can each approve?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people, funding, labs, technical help and time does each side commit?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first accounts will we work on, and what information may we share for that purpose?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How will we record source, influence, the purchase route, delivery and any platform recognition without double counting?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Who owns the integration, the first support call, acceptance and the customer handover?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is the first joint customer activity, who owns it and when will it happen?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evidence and contribution will we review next quarter, and what would make us change or stop the plan?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spacing w:after="0" w:before="0" w:line="20" w:lineRule="exact"/>
      </w:pPr>
      <w:r>
        <w:br w:type="page"/>
      </w:r>
    </w:p>
    <w:p>
      <w:pPr>
        <w:pStyle w:val="Worksheetlabel"/>
      </w:pPr>
      <w:r>
        <w:t>WORKING PAGE 09</w:t>
      </w:r>
    </w:p>
    <w:p>
      <w:pPr>
        <w:pStyle w:val="Title"/>
      </w:pPr>
      <w:r>
        <w:t>The country entry page</w:t>
      </w:r>
    </w:p>
    <w:p>
      <w:pPr>
        <w:pStyle w:val="Instruction"/>
      </w:pPr>
      <w:r>
        <w:t>Record the evidence, decisions and next actions. Use your own information and label assumptions.</w:t>
      </w:r>
    </w:p>
    <w:p>
      <w:pPr>
        <w:pStyle w:val="Question"/>
      </w:pPr>
      <w:r>
        <w:t>Which country, customer group, offer and purchase route are we planning for?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currency is quoted and invoiced, and who carries exchange-rate changes before collection?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What are the payment dates, instruments and credit limits, and who funds the work until collection?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tax, withholding, e-invoicing and public-sector purchasing conditions apply?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Where will information be processed, and which data, transfer and registration requirements apply?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local partners or distributors are involved, who owns them and what does each deliver?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bribery, sanctions and export-control checks are needed, and who resolves exceptions before we proceed?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Question"/>
      </w:pPr>
      <w:r>
        <w:t>Which local evidence supports the plan, who checked the legal and financial position and when will we review it?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/>
        <w:widowControl w:val="0"/>
        <w:spacing w:lineRule="exact" w:line="340" w:before="0" w:after="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p>
      <w:pPr>
        <w:pStyle w:val="Answer"/>
        <w:keepNext w:val="0"/>
        <w:widowControl w:val="0"/>
        <w:spacing w:lineRule="exact" w:line="340" w:before="0" w:after="100"/>
        <w:pBdr>
          <w:bottom w:val="single" w:sz="4" w:space="0" w:color="D0D5DC"/>
          <w:between w:val="single" w:sz="4" w:space="0" w:color="D0D5DC"/>
        </w:pBdr>
      </w:pPr>
      <w:r>
        <w:t xml:space="preserve"> 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6" w:right="936" w:bottom="936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034" w:val="right"/>
      </w:tabs>
    </w:pPr>
    <w:hyperlink r:id="rId1">
      <w:r>
        <w:rPr>
          <w:rFonts w:ascii="Arial" w:hAnsi="Arial"/>
          <w:sz w:val="18"/>
          <w:color w:val="334155"/>
          <w:u w:val="single"/>
        </w:rPr>
        <w:t>https://www.chaplabo.com/</w:t>
      </w:r>
    </w:hyperlink>
    <w:r>
      <w:rPr>
        <w:rFonts w:ascii="Arial" w:hAnsi="Arial"/>
        <w:b w:val="0"/>
        <w:color w:val="334155"/>
        <w:sz w:val="18"/>
      </w:rPr>
      <w:tab/>
    </w:r>
    <w:r>
      <w:rPr>
        <w:rFonts w:ascii="Arial" w:hAnsi="Arial"/>
        <w:b w:val="0"/>
        <w:color w:val="334155"/>
        <w:sz w:val="16"/>
      </w:rPr>
      <w:t xml:space="preserve">Working page </w:t>
    </w:r>
    <w:fldSimple w:instr="PAGE">
      <w:r>
        <w:rPr>
          <w:sz w:val="16"/>
        </w:rPr>
        <w:t>1</w:t>
      </w:r>
    </w:fldSimple>
    <w:r>
      <w:rPr>
        <w:rFonts w:ascii="Arial" w:hAnsi="Arial"/>
        <w:b w:val="0"/>
        <w:color w:val="334155"/>
        <w:sz w:val="16"/>
      </w:rPr>
      <w:t xml:space="preserve"> of 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034" w:val="right"/>
      </w:tabs>
    </w:pPr>
    <w:r>
      <w:rPr>
        <w:rFonts w:ascii="Arial" w:hAnsi="Arial"/>
        <w:b/>
        <w:color w:val="334155"/>
        <w:sz w:val="17"/>
      </w:rPr>
      <w:t>CHANNEL PLAYBOOK  AI EDITION</w:t>
    </w:r>
    <w:r>
      <w:rPr>
        <w:rFonts w:ascii="Arial" w:hAnsi="Arial"/>
        <w:b/>
        <w:color w:val="93722C"/>
        <w:sz w:val="16"/>
      </w:rPr>
      <w:tab/>
      <w:t>WORKING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estion">
    <w:name w:val="Question"/>
    <w:basedOn w:val="Normal"/>
    <w:pPr>
      <w:keepNext/>
      <w:spacing w:after="20" w:lineRule="exact" w:line="250"/>
    </w:pPr>
    <w:rPr>
      <w:b/>
      <w:sz w:val="21"/>
    </w:rPr>
  </w:style>
  <w:style w:type="paragraph" w:customStyle="1" w:styleId="Answer">
    <w:name w:val="Answer"/>
    <w:basedOn w:val="Normal"/>
    <w:rPr>
      <w:sz w:val="21"/>
    </w:rPr>
  </w:style>
  <w:style w:type="paragraph" w:customStyle="1" w:styleId="Worksheetlabel">
    <w:name w:val="Worksheet label"/>
    <w:basedOn w:val="Normal"/>
    <w:pPr>
      <w:keepNext/>
      <w:spacing w:after="120"/>
    </w:pPr>
    <w:rPr>
      <w:b/>
      <w:color w:val="93722C"/>
      <w:sz w:val="16"/>
    </w:rPr>
  </w:style>
  <w:style w:type="paragraph" w:customStyle="1" w:styleId="Instruction">
    <w:name w:val="Instruction"/>
    <w:basedOn w:val="Normal"/>
    <w:pPr>
      <w:keepNext/>
      <w:spacing w:after="200"/>
    </w:pPr>
    <w:rPr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chaplab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Channel Playbook Working Pages</dc:title>
  <dc:subject>Nine working pages for Channel Playbook AI Edition</dc:subject>
  <dc:creator>Evrim Ulaş Uysal</dc:creator>
  <cp:keywords>Channel Playbook, AI Edition, working pages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